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350"/>
        <w:gridCol w:w="3628"/>
      </w:tblGrid>
      <w:tr w:rsidR="00430424" w14:paraId="44F9CF91" w14:textId="77777777">
        <w:trPr>
          <w:jc w:val="center"/>
        </w:trP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8D737E" w14:textId="77777777" w:rsidR="00430424" w:rsidRPr="00392868" w:rsidRDefault="00B53D8C">
            <w:pPr>
              <w:spacing w:after="40"/>
              <w:rPr>
                <w:lang w:val="fr-LU"/>
              </w:rPr>
            </w:pPr>
            <w:r w:rsidRPr="00392868">
              <w:rPr>
                <w:b/>
                <w:color w:val="1F3A5F"/>
                <w:sz w:val="32"/>
                <w:lang w:val="fr-LU"/>
              </w:rPr>
              <w:t>[NOM DE LA SOCIÉTÉ] S.À R.L.</w:t>
            </w:r>
          </w:p>
          <w:p w14:paraId="2994695D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i/>
                <w:color w:val="2E75B5"/>
                <w:lang w:val="fr-LU"/>
              </w:rPr>
              <w:t>[Activité / profession autorisée]</w:t>
            </w:r>
          </w:p>
          <w:p w14:paraId="3D9ADE4A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sz w:val="17"/>
                <w:lang w:val="fr-LU"/>
              </w:rPr>
              <w:t xml:space="preserve">[Adresse du siège </w:t>
            </w:r>
            <w:proofErr w:type="gramStart"/>
            <w:r w:rsidRPr="00392868">
              <w:rPr>
                <w:sz w:val="17"/>
                <w:lang w:val="fr-LU"/>
              </w:rPr>
              <w:t>social]  ·</w:t>
            </w:r>
            <w:proofErr w:type="gramEnd"/>
            <w:r w:rsidRPr="00392868">
              <w:rPr>
                <w:sz w:val="17"/>
                <w:lang w:val="fr-LU"/>
              </w:rPr>
              <w:t xml:space="preserve">  L</w:t>
            </w:r>
            <w:proofErr w:type="gramStart"/>
            <w:r w:rsidRPr="00392868">
              <w:rPr>
                <w:sz w:val="17"/>
                <w:lang w:val="fr-LU"/>
              </w:rPr>
              <w:t>-[</w:t>
            </w:r>
            <w:proofErr w:type="gramEnd"/>
            <w:r w:rsidRPr="00392868">
              <w:rPr>
                <w:sz w:val="17"/>
                <w:lang w:val="fr-LU"/>
              </w:rPr>
              <w:t>Code postal] [Ville]</w:t>
            </w:r>
          </w:p>
          <w:p w14:paraId="794E9DFD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sz w:val="17"/>
                <w:lang w:val="fr-LU"/>
              </w:rPr>
              <w:t>Tél. : [</w:t>
            </w:r>
            <w:proofErr w:type="gramStart"/>
            <w:r w:rsidRPr="00392868">
              <w:rPr>
                <w:sz w:val="17"/>
                <w:lang w:val="fr-LU"/>
              </w:rPr>
              <w:t>Téléphone]  ·</w:t>
            </w:r>
            <w:proofErr w:type="gramEnd"/>
            <w:r w:rsidRPr="00392868">
              <w:rPr>
                <w:sz w:val="17"/>
                <w:lang w:val="fr-LU"/>
              </w:rPr>
              <w:t xml:space="preserve">  </w:t>
            </w:r>
            <w:proofErr w:type="gramStart"/>
            <w:r w:rsidRPr="00392868">
              <w:rPr>
                <w:sz w:val="17"/>
                <w:lang w:val="fr-LU"/>
              </w:rPr>
              <w:t>Email</w:t>
            </w:r>
            <w:proofErr w:type="gramEnd"/>
            <w:r w:rsidRPr="00392868">
              <w:rPr>
                <w:sz w:val="17"/>
                <w:lang w:val="fr-LU"/>
              </w:rPr>
              <w:t xml:space="preserve"> : [</w:t>
            </w:r>
            <w:proofErr w:type="gramStart"/>
            <w:r w:rsidRPr="00392868">
              <w:rPr>
                <w:sz w:val="17"/>
                <w:lang w:val="fr-LU"/>
              </w:rPr>
              <w:t>Email]  ·</w:t>
            </w:r>
            <w:proofErr w:type="gramEnd"/>
            <w:r w:rsidRPr="00392868">
              <w:rPr>
                <w:sz w:val="17"/>
                <w:lang w:val="fr-LU"/>
              </w:rPr>
              <w:t xml:space="preserve">  [Site internet]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1F3A5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0FDC55" w14:textId="77777777" w:rsidR="00430424" w:rsidRDefault="00B53D8C">
            <w:pPr>
              <w:jc w:val="right"/>
            </w:pPr>
            <w:r>
              <w:rPr>
                <w:b/>
                <w:color w:val="FFFFFF"/>
                <w:sz w:val="44"/>
              </w:rPr>
              <w:t>FACTURE</w:t>
            </w:r>
          </w:p>
          <w:p w14:paraId="73849898" w14:textId="77777777" w:rsidR="00430424" w:rsidRDefault="00B53D8C">
            <w:pPr>
              <w:jc w:val="right"/>
            </w:pPr>
            <w:r>
              <w:rPr>
                <w:b/>
                <w:color w:val="FFFFFF"/>
                <w:sz w:val="22"/>
              </w:rPr>
              <w:t>N° [F2026-0001]</w:t>
            </w:r>
          </w:p>
          <w:p w14:paraId="40DEF8C1" w14:textId="77777777" w:rsidR="00430424" w:rsidRDefault="00B53D8C">
            <w:pPr>
              <w:jc w:val="right"/>
            </w:pPr>
            <w:r>
              <w:rPr>
                <w:color w:val="FFFFFF"/>
                <w:sz w:val="18"/>
              </w:rPr>
              <w:t>Date : [JJ/MM/AAAA]</w:t>
            </w:r>
          </w:p>
        </w:tc>
      </w:tr>
    </w:tbl>
    <w:p w14:paraId="3E9CC425" w14:textId="77777777" w:rsidR="00430424" w:rsidRDefault="00430424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123"/>
        <w:gridCol w:w="3856"/>
      </w:tblGrid>
      <w:tr w:rsidR="00430424" w:rsidRPr="00392868" w14:paraId="4AACC6B3" w14:textId="77777777" w:rsidTr="00392868">
        <w:trPr>
          <w:jc w:val="center"/>
        </w:trPr>
        <w:tc>
          <w:tcPr>
            <w:tcW w:w="6123" w:type="dxa"/>
            <w:tcBorders>
              <w:top w:val="single" w:sz="8" w:space="0" w:color="D9E2EC"/>
              <w:left w:val="single" w:sz="8" w:space="0" w:color="D9E2EC"/>
              <w:bottom w:val="single" w:sz="8" w:space="0" w:color="D9E2EC"/>
              <w:right w:val="single" w:sz="8" w:space="0" w:color="D9E2EC"/>
            </w:tcBorders>
            <w:shd w:val="clear" w:color="auto" w:fill="F6F8FA"/>
            <w:tcMar>
              <w:top w:w="150" w:type="dxa"/>
              <w:left w:w="170" w:type="dxa"/>
              <w:bottom w:w="150" w:type="dxa"/>
              <w:right w:w="170" w:type="dxa"/>
            </w:tcMar>
            <w:vAlign w:val="center"/>
          </w:tcPr>
          <w:p w14:paraId="1F1D8A72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b/>
                <w:color w:val="2E75B5"/>
                <w:sz w:val="16"/>
                <w:lang w:val="fr-LU"/>
              </w:rPr>
              <w:t>FACTURÉ À</w:t>
            </w:r>
          </w:p>
          <w:p w14:paraId="4B550A6F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b/>
                <w:color w:val="1F3A5F"/>
                <w:sz w:val="22"/>
                <w:lang w:val="fr-LU"/>
              </w:rPr>
              <w:t>[Nom complet du client]</w:t>
            </w:r>
          </w:p>
          <w:p w14:paraId="187E280E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sz w:val="18"/>
                <w:lang w:val="fr-LU"/>
              </w:rPr>
              <w:t>[Adresse du client]</w:t>
            </w:r>
          </w:p>
          <w:p w14:paraId="3AD371DC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color w:val="6B7280"/>
                <w:sz w:val="17"/>
                <w:lang w:val="fr-LU"/>
              </w:rPr>
              <w:t>TVA client : [LU / autre numéro TVA] — à compléter si requis</w:t>
            </w:r>
          </w:p>
          <w:p w14:paraId="5CC3D76B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color w:val="6B7280"/>
                <w:sz w:val="17"/>
                <w:lang w:val="fr-LU"/>
              </w:rPr>
              <w:t>Référence client : [Référence / bon de commande]</w:t>
            </w:r>
          </w:p>
        </w:tc>
        <w:tc>
          <w:tcPr>
            <w:tcW w:w="3856" w:type="dxa"/>
            <w:tcBorders>
              <w:top w:val="single" w:sz="8" w:space="0" w:color="D9E2EC"/>
              <w:left w:val="single" w:sz="8" w:space="0" w:color="D9E2EC"/>
              <w:bottom w:val="single" w:sz="8" w:space="0" w:color="D9E2EC"/>
              <w:right w:val="single" w:sz="8" w:space="0" w:color="D9E2EC"/>
            </w:tcBorders>
            <w:shd w:val="clear" w:color="auto" w:fill="EAF3FB"/>
            <w:tcMar>
              <w:top w:w="150" w:type="dxa"/>
              <w:left w:w="170" w:type="dxa"/>
              <w:bottom w:w="150" w:type="dxa"/>
              <w:right w:w="170" w:type="dxa"/>
            </w:tcMar>
            <w:vAlign w:val="center"/>
          </w:tcPr>
          <w:p w14:paraId="602BFD2F" w14:textId="77777777" w:rsidR="00430424" w:rsidRPr="00392868" w:rsidRDefault="00430424">
            <w:pPr>
              <w:rPr>
                <w:lang w:val="fr-LU"/>
              </w:rPr>
            </w:pPr>
          </w:p>
          <w:p w14:paraId="129CE1B3" w14:textId="77777777" w:rsidR="00430424" w:rsidRPr="00392868" w:rsidRDefault="00B53D8C">
            <w:pPr>
              <w:spacing w:after="20"/>
              <w:rPr>
                <w:lang w:val="fr-LU"/>
              </w:rPr>
            </w:pPr>
            <w:r w:rsidRPr="00392868">
              <w:rPr>
                <w:b/>
                <w:color w:val="6B7280"/>
                <w:sz w:val="16"/>
                <w:lang w:val="fr-LU"/>
              </w:rPr>
              <w:t xml:space="preserve">DATE D’ÉMISSION : </w:t>
            </w:r>
            <w:r w:rsidRPr="00392868">
              <w:rPr>
                <w:b/>
                <w:color w:val="1F3A5F"/>
                <w:lang w:val="fr-LU"/>
              </w:rPr>
              <w:t>[JJ/MM/AAAA]</w:t>
            </w:r>
          </w:p>
          <w:p w14:paraId="278B398A" w14:textId="77777777" w:rsidR="00430424" w:rsidRPr="00392868" w:rsidRDefault="00B53D8C">
            <w:pPr>
              <w:spacing w:after="20"/>
              <w:rPr>
                <w:lang w:val="fr-LU"/>
              </w:rPr>
            </w:pPr>
            <w:r w:rsidRPr="00392868">
              <w:rPr>
                <w:b/>
                <w:color w:val="6B7280"/>
                <w:sz w:val="16"/>
                <w:lang w:val="fr-LU"/>
              </w:rPr>
              <w:t xml:space="preserve">ÉCHÉANCE : </w:t>
            </w:r>
            <w:r w:rsidRPr="00392868">
              <w:rPr>
                <w:b/>
                <w:color w:val="1F3A5F"/>
                <w:lang w:val="fr-LU"/>
              </w:rPr>
              <w:t>[JJ/MM/AAAA]</w:t>
            </w:r>
          </w:p>
          <w:p w14:paraId="232B2EBD" w14:textId="77777777" w:rsidR="00430424" w:rsidRPr="00392868" w:rsidRDefault="00B53D8C">
            <w:pPr>
              <w:spacing w:after="20"/>
              <w:rPr>
                <w:lang w:val="fr-LU"/>
              </w:rPr>
            </w:pPr>
            <w:r w:rsidRPr="00392868">
              <w:rPr>
                <w:b/>
                <w:color w:val="6B7280"/>
                <w:sz w:val="16"/>
                <w:lang w:val="fr-LU"/>
              </w:rPr>
              <w:t xml:space="preserve">DATE / PÉRIODE DE PRESTATION : </w:t>
            </w:r>
            <w:r w:rsidRPr="00392868">
              <w:rPr>
                <w:b/>
                <w:color w:val="1F3A5F"/>
                <w:lang w:val="fr-LU"/>
              </w:rPr>
              <w:t>[Date ou période]</w:t>
            </w:r>
          </w:p>
        </w:tc>
      </w:tr>
    </w:tbl>
    <w:p w14:paraId="44696CE0" w14:textId="77777777" w:rsidR="00430424" w:rsidRDefault="00B53D8C">
      <w:pPr>
        <w:spacing w:before="160" w:after="100"/>
      </w:pPr>
      <w:proofErr w:type="spellStart"/>
      <w:r>
        <w:rPr>
          <w:b/>
          <w:color w:val="1F3A5F"/>
          <w:sz w:val="24"/>
        </w:rPr>
        <w:t>Détail</w:t>
      </w:r>
      <w:proofErr w:type="spellEnd"/>
      <w:r>
        <w:rPr>
          <w:b/>
          <w:color w:val="1F3A5F"/>
          <w:sz w:val="24"/>
        </w:rPr>
        <w:t xml:space="preserve"> des </w:t>
      </w:r>
      <w:proofErr w:type="spellStart"/>
      <w:r>
        <w:rPr>
          <w:b/>
          <w:color w:val="1F3A5F"/>
          <w:sz w:val="24"/>
        </w:rPr>
        <w:t>prestations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79"/>
        <w:gridCol w:w="1134"/>
        <w:gridCol w:w="1360"/>
        <w:gridCol w:w="1304"/>
        <w:gridCol w:w="850"/>
        <w:gridCol w:w="850"/>
      </w:tblGrid>
      <w:tr w:rsidR="00430424" w14:paraId="4BBA5477" w14:textId="77777777">
        <w:trPr>
          <w:jc w:val="center"/>
        </w:trPr>
        <w:tc>
          <w:tcPr>
            <w:tcW w:w="4479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829B4E" w14:textId="77777777" w:rsidR="00430424" w:rsidRDefault="00B53D8C"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w="1134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8CAF36" w14:textId="77777777" w:rsidR="00430424" w:rsidRDefault="00B53D8C">
            <w:pPr>
              <w:jc w:val="center"/>
            </w:pPr>
            <w:r>
              <w:rPr>
                <w:b/>
                <w:color w:val="FFFFFF"/>
                <w:sz w:val="17"/>
              </w:rPr>
              <w:t>Qté</w:t>
            </w:r>
          </w:p>
        </w:tc>
        <w:tc>
          <w:tcPr>
            <w:tcW w:w="1360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2AAD71" w14:textId="77777777" w:rsidR="00430424" w:rsidRDefault="00B53D8C">
            <w:pPr>
              <w:jc w:val="center"/>
            </w:pPr>
            <w:r>
              <w:rPr>
                <w:b/>
                <w:color w:val="FFFFFF"/>
                <w:sz w:val="17"/>
              </w:rPr>
              <w:t>Prix unitaire HT</w:t>
            </w:r>
          </w:p>
        </w:tc>
        <w:tc>
          <w:tcPr>
            <w:tcW w:w="1304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4CA795" w14:textId="77777777" w:rsidR="00430424" w:rsidRDefault="00B53D8C">
            <w:pPr>
              <w:jc w:val="center"/>
            </w:pPr>
            <w:r>
              <w:rPr>
                <w:b/>
                <w:color w:val="FFFFFF"/>
                <w:sz w:val="17"/>
              </w:rPr>
              <w:t>Total HT</w:t>
            </w:r>
          </w:p>
        </w:tc>
        <w:tc>
          <w:tcPr>
            <w:tcW w:w="850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C5EFAC" w14:textId="77777777" w:rsidR="00430424" w:rsidRDefault="00B53D8C">
            <w:pPr>
              <w:jc w:val="center"/>
            </w:pPr>
            <w:r>
              <w:rPr>
                <w:b/>
                <w:color w:val="FFFFFF"/>
                <w:sz w:val="17"/>
              </w:rPr>
              <w:t>TVA</w:t>
            </w:r>
          </w:p>
        </w:tc>
        <w:tc>
          <w:tcPr>
            <w:tcW w:w="850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886C94" w14:textId="77777777" w:rsidR="00430424" w:rsidRDefault="00B53D8C">
            <w:pPr>
              <w:jc w:val="center"/>
            </w:pPr>
            <w:r>
              <w:rPr>
                <w:b/>
                <w:color w:val="FFFFFF"/>
                <w:sz w:val="17"/>
              </w:rPr>
              <w:t>Code</w:t>
            </w:r>
          </w:p>
        </w:tc>
      </w:tr>
      <w:tr w:rsidR="00430424" w14:paraId="245B9553" w14:textId="77777777">
        <w:trPr>
          <w:jc w:val="center"/>
        </w:trPr>
        <w:tc>
          <w:tcPr>
            <w:tcW w:w="4479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464725E2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sz w:val="17"/>
                <w:lang w:val="fr-LU"/>
              </w:rPr>
              <w:t>[Prestation de services – description claire de la nature et de l’étendue]</w:t>
            </w:r>
          </w:p>
        </w:tc>
        <w:tc>
          <w:tcPr>
            <w:tcW w:w="1134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328521F9" w14:textId="77777777" w:rsidR="00430424" w:rsidRDefault="00B53D8C">
            <w:pPr>
              <w:jc w:val="center"/>
            </w:pPr>
            <w:r>
              <w:rPr>
                <w:sz w:val="17"/>
              </w:rPr>
              <w:t>[1]</w:t>
            </w:r>
          </w:p>
        </w:tc>
        <w:tc>
          <w:tcPr>
            <w:tcW w:w="1360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38752340" w14:textId="77777777" w:rsidR="00430424" w:rsidRDefault="00B53D8C">
            <w:pPr>
              <w:jc w:val="center"/>
            </w:pPr>
            <w:r>
              <w:rPr>
                <w:sz w:val="17"/>
              </w:rPr>
              <w:t>[0,00 €]</w:t>
            </w:r>
          </w:p>
        </w:tc>
        <w:tc>
          <w:tcPr>
            <w:tcW w:w="1304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00D62745" w14:textId="77777777" w:rsidR="00430424" w:rsidRDefault="00B53D8C">
            <w:pPr>
              <w:jc w:val="center"/>
            </w:pPr>
            <w:r>
              <w:rPr>
                <w:sz w:val="17"/>
              </w:rPr>
              <w:t>[0,00 €]</w:t>
            </w:r>
          </w:p>
        </w:tc>
        <w:tc>
          <w:tcPr>
            <w:tcW w:w="850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32AD2D73" w14:textId="77777777" w:rsidR="00430424" w:rsidRDefault="00B53D8C">
            <w:pPr>
              <w:jc w:val="center"/>
            </w:pPr>
            <w:r>
              <w:rPr>
                <w:sz w:val="17"/>
              </w:rPr>
              <w:t>[17 %]</w:t>
            </w:r>
          </w:p>
        </w:tc>
        <w:tc>
          <w:tcPr>
            <w:tcW w:w="850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38B57523" w14:textId="77777777" w:rsidR="00430424" w:rsidRDefault="00B53D8C">
            <w:pPr>
              <w:jc w:val="center"/>
            </w:pPr>
            <w:r>
              <w:rPr>
                <w:sz w:val="17"/>
              </w:rPr>
              <w:t>[S]</w:t>
            </w:r>
          </w:p>
        </w:tc>
      </w:tr>
      <w:tr w:rsidR="00430424" w14:paraId="49DC4A69" w14:textId="77777777">
        <w:trPr>
          <w:jc w:val="center"/>
        </w:trPr>
        <w:tc>
          <w:tcPr>
            <w:tcW w:w="4479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shd w:val="clear" w:color="auto" w:fill="FBFCFD"/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687C459A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sz w:val="17"/>
                <w:lang w:val="fr-LU"/>
              </w:rPr>
              <w:t>[Prestation complémentaire / forfait / intervention horaire]</w:t>
            </w:r>
          </w:p>
        </w:tc>
        <w:tc>
          <w:tcPr>
            <w:tcW w:w="1134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shd w:val="clear" w:color="auto" w:fill="FBFCFD"/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0287047C" w14:textId="77777777" w:rsidR="00430424" w:rsidRDefault="00B53D8C">
            <w:pPr>
              <w:jc w:val="center"/>
            </w:pPr>
            <w:r>
              <w:rPr>
                <w:sz w:val="17"/>
              </w:rPr>
              <w:t>[1]</w:t>
            </w:r>
          </w:p>
        </w:tc>
        <w:tc>
          <w:tcPr>
            <w:tcW w:w="1360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shd w:val="clear" w:color="auto" w:fill="FBFCFD"/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10C3ACDE" w14:textId="77777777" w:rsidR="00430424" w:rsidRDefault="00B53D8C">
            <w:pPr>
              <w:jc w:val="center"/>
            </w:pPr>
            <w:r>
              <w:rPr>
                <w:sz w:val="17"/>
              </w:rPr>
              <w:t>[0,00 €]</w:t>
            </w:r>
          </w:p>
        </w:tc>
        <w:tc>
          <w:tcPr>
            <w:tcW w:w="1304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shd w:val="clear" w:color="auto" w:fill="FBFCFD"/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3DCB6D62" w14:textId="77777777" w:rsidR="00430424" w:rsidRDefault="00B53D8C">
            <w:pPr>
              <w:jc w:val="center"/>
            </w:pPr>
            <w:r>
              <w:rPr>
                <w:sz w:val="17"/>
              </w:rPr>
              <w:t>[0,00 €]</w:t>
            </w:r>
          </w:p>
        </w:tc>
        <w:tc>
          <w:tcPr>
            <w:tcW w:w="850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shd w:val="clear" w:color="auto" w:fill="FBFCFD"/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403023F1" w14:textId="77777777" w:rsidR="00430424" w:rsidRDefault="00B53D8C">
            <w:pPr>
              <w:jc w:val="center"/>
            </w:pPr>
            <w:r>
              <w:rPr>
                <w:sz w:val="17"/>
              </w:rPr>
              <w:t>[17 %]</w:t>
            </w:r>
          </w:p>
        </w:tc>
        <w:tc>
          <w:tcPr>
            <w:tcW w:w="850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shd w:val="clear" w:color="auto" w:fill="FBFCFD"/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11DF9824" w14:textId="77777777" w:rsidR="00430424" w:rsidRDefault="00B53D8C">
            <w:pPr>
              <w:jc w:val="center"/>
            </w:pPr>
            <w:r>
              <w:rPr>
                <w:sz w:val="17"/>
              </w:rPr>
              <w:t>[S]</w:t>
            </w:r>
          </w:p>
        </w:tc>
      </w:tr>
      <w:tr w:rsidR="00430424" w14:paraId="5FD9375C" w14:textId="77777777">
        <w:trPr>
          <w:jc w:val="center"/>
        </w:trPr>
        <w:tc>
          <w:tcPr>
            <w:tcW w:w="4479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231F73DD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sz w:val="17"/>
                <w:lang w:val="fr-LU"/>
              </w:rPr>
              <w:t>[Débours / frais refacturés, le cas échéant]</w:t>
            </w:r>
          </w:p>
        </w:tc>
        <w:tc>
          <w:tcPr>
            <w:tcW w:w="1134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08ACB756" w14:textId="77777777" w:rsidR="00430424" w:rsidRDefault="00B53D8C">
            <w:pPr>
              <w:jc w:val="center"/>
            </w:pPr>
            <w:r>
              <w:rPr>
                <w:sz w:val="17"/>
              </w:rPr>
              <w:t>[1]</w:t>
            </w:r>
          </w:p>
        </w:tc>
        <w:tc>
          <w:tcPr>
            <w:tcW w:w="1360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65020DBF" w14:textId="77777777" w:rsidR="00430424" w:rsidRDefault="00B53D8C">
            <w:pPr>
              <w:jc w:val="center"/>
            </w:pPr>
            <w:r>
              <w:rPr>
                <w:sz w:val="17"/>
              </w:rPr>
              <w:t>[0,00 €]</w:t>
            </w:r>
          </w:p>
        </w:tc>
        <w:tc>
          <w:tcPr>
            <w:tcW w:w="1304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1AD6385F" w14:textId="77777777" w:rsidR="00430424" w:rsidRDefault="00B53D8C">
            <w:pPr>
              <w:jc w:val="center"/>
            </w:pPr>
            <w:r>
              <w:rPr>
                <w:sz w:val="17"/>
              </w:rPr>
              <w:t>[0,00 €]</w:t>
            </w:r>
          </w:p>
        </w:tc>
        <w:tc>
          <w:tcPr>
            <w:tcW w:w="850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273D6224" w14:textId="77777777" w:rsidR="00430424" w:rsidRDefault="00B53D8C">
            <w:pPr>
              <w:jc w:val="center"/>
            </w:pPr>
            <w:r>
              <w:rPr>
                <w:sz w:val="17"/>
              </w:rPr>
              <w:t>[17 %]</w:t>
            </w:r>
          </w:p>
        </w:tc>
        <w:tc>
          <w:tcPr>
            <w:tcW w:w="850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78EAB972" w14:textId="77777777" w:rsidR="00430424" w:rsidRDefault="00B53D8C">
            <w:pPr>
              <w:jc w:val="center"/>
            </w:pPr>
            <w:r>
              <w:rPr>
                <w:sz w:val="17"/>
              </w:rPr>
              <w:t>[S]</w:t>
            </w:r>
          </w:p>
        </w:tc>
      </w:tr>
      <w:tr w:rsidR="00430424" w14:paraId="7D36F56F" w14:textId="77777777">
        <w:trPr>
          <w:jc w:val="center"/>
        </w:trPr>
        <w:tc>
          <w:tcPr>
            <w:tcW w:w="4479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shd w:val="clear" w:color="auto" w:fill="FBFCFD"/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2B2DA275" w14:textId="77777777" w:rsidR="00430424" w:rsidRDefault="00B53D8C">
            <w:r>
              <w:rPr>
                <w:sz w:val="17"/>
              </w:rPr>
              <w:t>[Ligne libre]</w:t>
            </w:r>
          </w:p>
        </w:tc>
        <w:tc>
          <w:tcPr>
            <w:tcW w:w="1134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shd w:val="clear" w:color="auto" w:fill="FBFCFD"/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10BE3AC6" w14:textId="77777777" w:rsidR="00430424" w:rsidRDefault="00B53D8C">
            <w:pPr>
              <w:jc w:val="center"/>
            </w:pPr>
            <w:r>
              <w:rPr>
                <w:sz w:val="17"/>
              </w:rPr>
              <w:t>[ ]</w:t>
            </w:r>
          </w:p>
        </w:tc>
        <w:tc>
          <w:tcPr>
            <w:tcW w:w="1360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shd w:val="clear" w:color="auto" w:fill="FBFCFD"/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6CE1705B" w14:textId="77777777" w:rsidR="00430424" w:rsidRDefault="00B53D8C">
            <w:pPr>
              <w:jc w:val="center"/>
            </w:pPr>
            <w:r>
              <w:rPr>
                <w:sz w:val="17"/>
              </w:rPr>
              <w:t>[ ]</w:t>
            </w:r>
          </w:p>
        </w:tc>
        <w:tc>
          <w:tcPr>
            <w:tcW w:w="1304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shd w:val="clear" w:color="auto" w:fill="FBFCFD"/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1FA03644" w14:textId="77777777" w:rsidR="00430424" w:rsidRDefault="00B53D8C">
            <w:pPr>
              <w:jc w:val="center"/>
            </w:pPr>
            <w:r>
              <w:rPr>
                <w:sz w:val="17"/>
              </w:rPr>
              <w:t>[ ]</w:t>
            </w:r>
          </w:p>
        </w:tc>
        <w:tc>
          <w:tcPr>
            <w:tcW w:w="850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shd w:val="clear" w:color="auto" w:fill="FBFCFD"/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604E950F" w14:textId="77777777" w:rsidR="00430424" w:rsidRDefault="00B53D8C">
            <w:pPr>
              <w:jc w:val="center"/>
            </w:pPr>
            <w:r>
              <w:rPr>
                <w:sz w:val="17"/>
              </w:rPr>
              <w:t>[ ]</w:t>
            </w:r>
          </w:p>
        </w:tc>
        <w:tc>
          <w:tcPr>
            <w:tcW w:w="850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shd w:val="clear" w:color="auto" w:fill="FBFCFD"/>
            <w:tcMar>
              <w:top w:w="115" w:type="dxa"/>
              <w:left w:w="105" w:type="dxa"/>
              <w:bottom w:w="115" w:type="dxa"/>
              <w:right w:w="105" w:type="dxa"/>
            </w:tcMar>
            <w:vAlign w:val="center"/>
          </w:tcPr>
          <w:p w14:paraId="41B94FCB" w14:textId="77777777" w:rsidR="00430424" w:rsidRDefault="00B53D8C">
            <w:pPr>
              <w:jc w:val="center"/>
            </w:pPr>
            <w:r>
              <w:rPr>
                <w:sz w:val="17"/>
              </w:rPr>
              <w:t>[ ]</w:t>
            </w:r>
          </w:p>
        </w:tc>
      </w:tr>
    </w:tbl>
    <w:p w14:paraId="4072A999" w14:textId="77777777" w:rsidR="00430424" w:rsidRDefault="00430424">
      <w:pPr>
        <w:spacing w:after="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066"/>
        <w:gridCol w:w="3912"/>
      </w:tblGrid>
      <w:tr w:rsidR="00430424" w14:paraId="05EF137B" w14:textId="77777777">
        <w:trPr>
          <w:jc w:val="center"/>
        </w:trPr>
        <w:tc>
          <w:tcPr>
            <w:tcW w:w="6066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shd w:val="clear" w:color="auto" w:fill="F6F8F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9E1193E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b/>
                <w:color w:val="2E75B5"/>
                <w:sz w:val="16"/>
                <w:lang w:val="fr-LU"/>
              </w:rPr>
              <w:t>CONDITIONS DE PAIEMENT</w:t>
            </w:r>
          </w:p>
          <w:p w14:paraId="1B921E04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sz w:val="17"/>
                <w:lang w:val="fr-LU"/>
              </w:rPr>
              <w:t>Paiement à [30] jours date de facture, sauf convention contraire.</w:t>
            </w:r>
          </w:p>
          <w:p w14:paraId="4F9645A9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sz w:val="17"/>
                <w:lang w:val="fr-LU"/>
              </w:rPr>
              <w:t xml:space="preserve">IBAN : [LUXX XXXX </w:t>
            </w:r>
            <w:proofErr w:type="spellStart"/>
            <w:r w:rsidRPr="00392868">
              <w:rPr>
                <w:sz w:val="17"/>
                <w:lang w:val="fr-LU"/>
              </w:rPr>
              <w:t>XXXX</w:t>
            </w:r>
            <w:proofErr w:type="spellEnd"/>
            <w:r w:rsidRPr="00392868">
              <w:rPr>
                <w:sz w:val="17"/>
                <w:lang w:val="fr-LU"/>
              </w:rPr>
              <w:t xml:space="preserve"> </w:t>
            </w:r>
            <w:proofErr w:type="spellStart"/>
            <w:r w:rsidRPr="00392868">
              <w:rPr>
                <w:sz w:val="17"/>
                <w:lang w:val="fr-LU"/>
              </w:rPr>
              <w:t>XXXX</w:t>
            </w:r>
            <w:proofErr w:type="spellEnd"/>
            <w:r w:rsidRPr="00392868">
              <w:rPr>
                <w:sz w:val="17"/>
                <w:lang w:val="fr-LU"/>
              </w:rPr>
              <w:t xml:space="preserve"> </w:t>
            </w:r>
            <w:proofErr w:type="gramStart"/>
            <w:r w:rsidRPr="00392868">
              <w:rPr>
                <w:sz w:val="17"/>
                <w:lang w:val="fr-LU"/>
              </w:rPr>
              <w:t>XXXX]  ·</w:t>
            </w:r>
            <w:proofErr w:type="gramEnd"/>
            <w:r w:rsidRPr="00392868">
              <w:rPr>
                <w:sz w:val="17"/>
                <w:lang w:val="fr-LU"/>
              </w:rPr>
              <w:t xml:space="preserve">  BIC : [XXXXXXXX]</w:t>
            </w:r>
          </w:p>
          <w:p w14:paraId="52FB45CD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sz w:val="17"/>
                <w:lang w:val="fr-LU"/>
              </w:rPr>
              <w:t>Communication : merci d’indiquer le numéro de facture.</w:t>
            </w:r>
          </w:p>
          <w:p w14:paraId="0CB1A869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sz w:val="17"/>
                <w:lang w:val="fr-LU"/>
              </w:rPr>
              <w:t>Aucun escompte n’est accordé pour paiement anticipé, sauf accord écrit.</w:t>
            </w:r>
          </w:p>
        </w:tc>
        <w:tc>
          <w:tcPr>
            <w:tcW w:w="3912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16967CF1" w14:textId="77777777" w:rsidR="00430424" w:rsidRPr="00392868" w:rsidRDefault="00430424">
            <w:pPr>
              <w:rPr>
                <w:lang w:val="fr-L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71"/>
              <w:gridCol w:w="1701"/>
            </w:tblGrid>
            <w:tr w:rsidR="00430424" w14:paraId="4AC9081A" w14:textId="77777777">
              <w:tc>
                <w:tcPr>
                  <w:tcW w:w="1871" w:type="dxa"/>
                  <w:tcBorders>
                    <w:top w:val="single" w:sz="4" w:space="0" w:color="D9E2EC"/>
                    <w:left w:val="nil"/>
                    <w:bottom w:val="single" w:sz="4" w:space="0" w:color="D9E2EC"/>
                    <w:right w:val="nil"/>
                  </w:tcBorders>
                  <w:tcMar>
                    <w:top w:w="85" w:type="dxa"/>
                    <w:left w:w="90" w:type="dxa"/>
                    <w:bottom w:w="85" w:type="dxa"/>
                    <w:right w:w="90" w:type="dxa"/>
                  </w:tcMar>
                </w:tcPr>
                <w:p w14:paraId="2643F741" w14:textId="77777777" w:rsidR="00430424" w:rsidRDefault="00B53D8C">
                  <w:r>
                    <w:rPr>
                      <w:color w:val="1F3A5F"/>
                      <w:sz w:val="17"/>
                    </w:rPr>
                    <w:t>Total HT</w:t>
                  </w:r>
                </w:p>
              </w:tc>
              <w:tc>
                <w:tcPr>
                  <w:tcW w:w="1701" w:type="dxa"/>
                  <w:tcBorders>
                    <w:top w:val="single" w:sz="4" w:space="0" w:color="D9E2EC"/>
                    <w:left w:val="nil"/>
                    <w:bottom w:val="single" w:sz="4" w:space="0" w:color="D9E2EC"/>
                    <w:right w:val="nil"/>
                  </w:tcBorders>
                  <w:tcMar>
                    <w:top w:w="85" w:type="dxa"/>
                    <w:left w:w="90" w:type="dxa"/>
                    <w:bottom w:w="85" w:type="dxa"/>
                    <w:right w:w="90" w:type="dxa"/>
                  </w:tcMar>
                </w:tcPr>
                <w:p w14:paraId="187139F4" w14:textId="77777777" w:rsidR="00430424" w:rsidRDefault="00B53D8C">
                  <w:pPr>
                    <w:jc w:val="right"/>
                  </w:pPr>
                  <w:r>
                    <w:rPr>
                      <w:b/>
                      <w:color w:val="1F3A5F"/>
                      <w:sz w:val="17"/>
                    </w:rPr>
                    <w:t>[0,00 €]</w:t>
                  </w:r>
                </w:p>
              </w:tc>
            </w:tr>
            <w:tr w:rsidR="00430424" w14:paraId="1E1231BE" w14:textId="77777777">
              <w:tc>
                <w:tcPr>
                  <w:tcW w:w="1871" w:type="dxa"/>
                  <w:tcBorders>
                    <w:top w:val="single" w:sz="4" w:space="0" w:color="D9E2EC"/>
                    <w:left w:val="nil"/>
                    <w:bottom w:val="single" w:sz="4" w:space="0" w:color="D9E2EC"/>
                    <w:right w:val="nil"/>
                  </w:tcBorders>
                  <w:tcMar>
                    <w:top w:w="85" w:type="dxa"/>
                    <w:left w:w="90" w:type="dxa"/>
                    <w:bottom w:w="85" w:type="dxa"/>
                    <w:right w:w="90" w:type="dxa"/>
                  </w:tcMar>
                </w:tcPr>
                <w:p w14:paraId="1D48ABB5" w14:textId="77777777" w:rsidR="00430424" w:rsidRDefault="00B53D8C">
                  <w:r>
                    <w:rPr>
                      <w:color w:val="1F3A5F"/>
                      <w:sz w:val="17"/>
                    </w:rPr>
                    <w:t>Base TVA 17 %</w:t>
                  </w:r>
                </w:p>
              </w:tc>
              <w:tc>
                <w:tcPr>
                  <w:tcW w:w="1701" w:type="dxa"/>
                  <w:tcBorders>
                    <w:top w:val="single" w:sz="4" w:space="0" w:color="D9E2EC"/>
                    <w:left w:val="nil"/>
                    <w:bottom w:val="single" w:sz="4" w:space="0" w:color="D9E2EC"/>
                    <w:right w:val="nil"/>
                  </w:tcBorders>
                  <w:tcMar>
                    <w:top w:w="85" w:type="dxa"/>
                    <w:left w:w="90" w:type="dxa"/>
                    <w:bottom w:w="85" w:type="dxa"/>
                    <w:right w:w="90" w:type="dxa"/>
                  </w:tcMar>
                </w:tcPr>
                <w:p w14:paraId="07F00591" w14:textId="77777777" w:rsidR="00430424" w:rsidRDefault="00B53D8C">
                  <w:pPr>
                    <w:jc w:val="right"/>
                  </w:pPr>
                  <w:r>
                    <w:rPr>
                      <w:b/>
                      <w:color w:val="1F3A5F"/>
                      <w:sz w:val="17"/>
                    </w:rPr>
                    <w:t>[0,00 €]</w:t>
                  </w:r>
                </w:p>
              </w:tc>
            </w:tr>
            <w:tr w:rsidR="00430424" w14:paraId="40A7DB11" w14:textId="77777777">
              <w:tc>
                <w:tcPr>
                  <w:tcW w:w="1871" w:type="dxa"/>
                  <w:tcBorders>
                    <w:top w:val="single" w:sz="4" w:space="0" w:color="D9E2EC"/>
                    <w:left w:val="nil"/>
                    <w:bottom w:val="single" w:sz="4" w:space="0" w:color="D9E2EC"/>
                    <w:right w:val="nil"/>
                  </w:tcBorders>
                  <w:tcMar>
                    <w:top w:w="85" w:type="dxa"/>
                    <w:left w:w="90" w:type="dxa"/>
                    <w:bottom w:w="85" w:type="dxa"/>
                    <w:right w:w="90" w:type="dxa"/>
                  </w:tcMar>
                </w:tcPr>
                <w:p w14:paraId="3B0B03FD" w14:textId="77777777" w:rsidR="00430424" w:rsidRDefault="00B53D8C">
                  <w:r>
                    <w:rPr>
                      <w:color w:val="1F3A5F"/>
                      <w:sz w:val="17"/>
                    </w:rPr>
                    <w:t>TVA à payer</w:t>
                  </w:r>
                </w:p>
              </w:tc>
              <w:tc>
                <w:tcPr>
                  <w:tcW w:w="1701" w:type="dxa"/>
                  <w:tcBorders>
                    <w:top w:val="single" w:sz="4" w:space="0" w:color="D9E2EC"/>
                    <w:left w:val="nil"/>
                    <w:bottom w:val="single" w:sz="4" w:space="0" w:color="D9E2EC"/>
                    <w:right w:val="nil"/>
                  </w:tcBorders>
                  <w:tcMar>
                    <w:top w:w="85" w:type="dxa"/>
                    <w:left w:w="90" w:type="dxa"/>
                    <w:bottom w:w="85" w:type="dxa"/>
                    <w:right w:w="90" w:type="dxa"/>
                  </w:tcMar>
                </w:tcPr>
                <w:p w14:paraId="30A4E311" w14:textId="77777777" w:rsidR="00430424" w:rsidRDefault="00B53D8C">
                  <w:pPr>
                    <w:jc w:val="right"/>
                  </w:pPr>
                  <w:r>
                    <w:rPr>
                      <w:b/>
                      <w:color w:val="1F3A5F"/>
                      <w:sz w:val="17"/>
                    </w:rPr>
                    <w:t>[0,00 €]</w:t>
                  </w:r>
                </w:p>
              </w:tc>
            </w:tr>
            <w:tr w:rsidR="00430424" w14:paraId="42AB8769" w14:textId="77777777">
              <w:tc>
                <w:tcPr>
                  <w:tcW w:w="1871" w:type="dxa"/>
                  <w:tcBorders>
                    <w:top w:val="single" w:sz="4" w:space="0" w:color="D9E2EC"/>
                    <w:left w:val="nil"/>
                    <w:bottom w:val="single" w:sz="4" w:space="0" w:color="D9E2EC"/>
                    <w:right w:val="nil"/>
                  </w:tcBorders>
                  <w:tcMar>
                    <w:top w:w="85" w:type="dxa"/>
                    <w:left w:w="90" w:type="dxa"/>
                    <w:bottom w:w="85" w:type="dxa"/>
                    <w:right w:w="90" w:type="dxa"/>
                  </w:tcMar>
                </w:tcPr>
                <w:p w14:paraId="028BF77E" w14:textId="77777777" w:rsidR="00430424" w:rsidRDefault="00B53D8C">
                  <w:r>
                    <w:rPr>
                      <w:color w:val="1F3A5F"/>
                      <w:sz w:val="17"/>
                    </w:rPr>
                    <w:t>Acomptes reçus</w:t>
                  </w:r>
                </w:p>
              </w:tc>
              <w:tc>
                <w:tcPr>
                  <w:tcW w:w="1701" w:type="dxa"/>
                  <w:tcBorders>
                    <w:top w:val="single" w:sz="4" w:space="0" w:color="D9E2EC"/>
                    <w:left w:val="nil"/>
                    <w:bottom w:val="single" w:sz="4" w:space="0" w:color="D9E2EC"/>
                    <w:right w:val="nil"/>
                  </w:tcBorders>
                  <w:tcMar>
                    <w:top w:w="85" w:type="dxa"/>
                    <w:left w:w="90" w:type="dxa"/>
                    <w:bottom w:w="85" w:type="dxa"/>
                    <w:right w:w="90" w:type="dxa"/>
                  </w:tcMar>
                </w:tcPr>
                <w:p w14:paraId="4EA247DB" w14:textId="77777777" w:rsidR="00430424" w:rsidRDefault="00B53D8C">
                  <w:pPr>
                    <w:jc w:val="right"/>
                  </w:pPr>
                  <w:r>
                    <w:rPr>
                      <w:b/>
                      <w:color w:val="1F3A5F"/>
                      <w:sz w:val="17"/>
                    </w:rPr>
                    <w:t>[0,00 €]</w:t>
                  </w:r>
                </w:p>
              </w:tc>
            </w:tr>
            <w:tr w:rsidR="00430424" w14:paraId="2134560E" w14:textId="77777777">
              <w:tc>
                <w:tcPr>
                  <w:tcW w:w="1871" w:type="dxa"/>
                  <w:tcBorders>
                    <w:top w:val="single" w:sz="4" w:space="0" w:color="D9E2EC"/>
                    <w:left w:val="nil"/>
                    <w:bottom w:val="single" w:sz="4" w:space="0" w:color="D9E2EC"/>
                    <w:right w:val="nil"/>
                  </w:tcBorders>
                  <w:shd w:val="clear" w:color="auto" w:fill="1F3A5F"/>
                  <w:tcMar>
                    <w:top w:w="85" w:type="dxa"/>
                    <w:left w:w="90" w:type="dxa"/>
                    <w:bottom w:w="85" w:type="dxa"/>
                    <w:right w:w="90" w:type="dxa"/>
                  </w:tcMar>
                </w:tcPr>
                <w:p w14:paraId="4976925F" w14:textId="77777777" w:rsidR="00430424" w:rsidRDefault="00B53D8C">
                  <w:r>
                    <w:rPr>
                      <w:b/>
                      <w:color w:val="FFFFFF"/>
                    </w:rPr>
                    <w:t>TOTAL À PAYER</w:t>
                  </w:r>
                </w:p>
              </w:tc>
              <w:tc>
                <w:tcPr>
                  <w:tcW w:w="1701" w:type="dxa"/>
                  <w:tcBorders>
                    <w:top w:val="single" w:sz="4" w:space="0" w:color="D9E2EC"/>
                    <w:left w:val="nil"/>
                    <w:bottom w:val="single" w:sz="4" w:space="0" w:color="D9E2EC"/>
                    <w:right w:val="nil"/>
                  </w:tcBorders>
                  <w:shd w:val="clear" w:color="auto" w:fill="1F3A5F"/>
                  <w:tcMar>
                    <w:top w:w="85" w:type="dxa"/>
                    <w:left w:w="90" w:type="dxa"/>
                    <w:bottom w:w="85" w:type="dxa"/>
                    <w:right w:w="90" w:type="dxa"/>
                  </w:tcMar>
                </w:tcPr>
                <w:p w14:paraId="64DA2E6F" w14:textId="77777777" w:rsidR="00430424" w:rsidRDefault="00B53D8C">
                  <w:pPr>
                    <w:jc w:val="right"/>
                  </w:pPr>
                  <w:r>
                    <w:rPr>
                      <w:b/>
                      <w:color w:val="FFFFFF"/>
                    </w:rPr>
                    <w:t>[0,00 €]</w:t>
                  </w:r>
                </w:p>
              </w:tc>
            </w:tr>
          </w:tbl>
          <w:p w14:paraId="6FD628FB" w14:textId="77777777" w:rsidR="00430424" w:rsidRDefault="00430424"/>
        </w:tc>
      </w:tr>
    </w:tbl>
    <w:p w14:paraId="3FCB178C" w14:textId="77777777" w:rsidR="00430424" w:rsidRDefault="00B53D8C">
      <w:pPr>
        <w:spacing w:before="160" w:after="60"/>
      </w:pPr>
      <w:r>
        <w:rPr>
          <w:b/>
          <w:color w:val="1F3A5F"/>
          <w:sz w:val="20"/>
        </w:rPr>
        <w:t>Mentions légales de l’émetteur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9"/>
      </w:tblGrid>
      <w:tr w:rsidR="00430424" w:rsidRPr="00392868" w14:paraId="29686E13" w14:textId="77777777">
        <w:trPr>
          <w:jc w:val="center"/>
        </w:trPr>
        <w:tc>
          <w:tcPr>
            <w:tcW w:w="9979" w:type="dxa"/>
            <w:tcBorders>
              <w:top w:val="single" w:sz="5" w:space="0" w:color="D9E2EC"/>
              <w:left w:val="single" w:sz="5" w:space="0" w:color="D9E2EC"/>
              <w:bottom w:val="single" w:sz="5" w:space="0" w:color="D9E2EC"/>
              <w:right w:val="single" w:sz="5" w:space="0" w:color="D9E2EC"/>
            </w:tcBorders>
            <w:shd w:val="clear" w:color="auto" w:fill="F3F6F9"/>
            <w:tcMar>
              <w:top w:w="125" w:type="dxa"/>
              <w:left w:w="160" w:type="dxa"/>
              <w:bottom w:w="125" w:type="dxa"/>
              <w:right w:w="160" w:type="dxa"/>
            </w:tcMar>
          </w:tcPr>
          <w:p w14:paraId="6D5322BC" w14:textId="77777777" w:rsidR="00430424" w:rsidRPr="00392868" w:rsidRDefault="00B53D8C">
            <w:pPr>
              <w:rPr>
                <w:lang w:val="fr-LU"/>
              </w:rPr>
            </w:pPr>
            <w:r w:rsidRPr="00392868">
              <w:rPr>
                <w:sz w:val="15"/>
                <w:lang w:val="fr-LU"/>
              </w:rPr>
              <w:t xml:space="preserve">[NOM DE LA SOCIÉTÉ] </w:t>
            </w:r>
            <w:proofErr w:type="spellStart"/>
            <w:r w:rsidRPr="00392868">
              <w:rPr>
                <w:sz w:val="15"/>
                <w:lang w:val="fr-LU"/>
              </w:rPr>
              <w:t>S.à</w:t>
            </w:r>
            <w:proofErr w:type="spellEnd"/>
            <w:r w:rsidRPr="00392868">
              <w:rPr>
                <w:sz w:val="15"/>
                <w:lang w:val="fr-LU"/>
              </w:rPr>
              <w:t xml:space="preserve"> </w:t>
            </w:r>
            <w:proofErr w:type="spellStart"/>
            <w:r w:rsidRPr="00392868">
              <w:rPr>
                <w:sz w:val="15"/>
                <w:lang w:val="fr-LU"/>
              </w:rPr>
              <w:t>r.l</w:t>
            </w:r>
            <w:proofErr w:type="spellEnd"/>
            <w:r w:rsidRPr="00392868">
              <w:rPr>
                <w:sz w:val="15"/>
                <w:lang w:val="fr-LU"/>
              </w:rPr>
              <w:t xml:space="preserve">. au capital de [capital social] EUR · Siège social : [adresse complète] · R.C.S. Luxembourg : [B </w:t>
            </w:r>
            <w:proofErr w:type="spellStart"/>
            <w:r w:rsidRPr="00392868">
              <w:rPr>
                <w:sz w:val="15"/>
                <w:lang w:val="fr-LU"/>
              </w:rPr>
              <w:t>xxx.xxx</w:t>
            </w:r>
            <w:proofErr w:type="spellEnd"/>
            <w:r w:rsidRPr="00392868">
              <w:rPr>
                <w:sz w:val="15"/>
                <w:lang w:val="fr-LU"/>
              </w:rPr>
              <w:t>] · Autorisation d’établissement n° [</w:t>
            </w:r>
            <w:proofErr w:type="spellStart"/>
            <w:r w:rsidRPr="00392868">
              <w:rPr>
                <w:sz w:val="15"/>
                <w:lang w:val="fr-LU"/>
              </w:rPr>
              <w:t>xx.xxx</w:t>
            </w:r>
            <w:proofErr w:type="spellEnd"/>
            <w:r w:rsidRPr="00392868">
              <w:rPr>
                <w:sz w:val="15"/>
                <w:lang w:val="fr-LU"/>
              </w:rPr>
              <w:t>] – [profession / activité] · N° TVA : [</w:t>
            </w:r>
            <w:proofErr w:type="spellStart"/>
            <w:r w:rsidRPr="00392868">
              <w:rPr>
                <w:sz w:val="15"/>
                <w:lang w:val="fr-LU"/>
              </w:rPr>
              <w:t>LUxxxxxxxx</w:t>
            </w:r>
            <w:proofErr w:type="spellEnd"/>
            <w:r w:rsidRPr="00392868">
              <w:rPr>
                <w:sz w:val="15"/>
                <w:lang w:val="fr-LU"/>
              </w:rPr>
              <w:t>] · Matricule : [</w:t>
            </w:r>
            <w:proofErr w:type="spellStart"/>
            <w:r w:rsidRPr="00392868">
              <w:rPr>
                <w:sz w:val="15"/>
                <w:lang w:val="fr-LU"/>
              </w:rPr>
              <w:t>xxxx</w:t>
            </w:r>
            <w:proofErr w:type="spellEnd"/>
            <w:r w:rsidRPr="00392868">
              <w:rPr>
                <w:sz w:val="15"/>
                <w:lang w:val="fr-LU"/>
              </w:rPr>
              <w:t xml:space="preserve"> xxx </w:t>
            </w:r>
            <w:proofErr w:type="spellStart"/>
            <w:r w:rsidRPr="00392868">
              <w:rPr>
                <w:sz w:val="15"/>
                <w:lang w:val="fr-LU"/>
              </w:rPr>
              <w:t>xxxx</w:t>
            </w:r>
            <w:proofErr w:type="spellEnd"/>
            <w:r w:rsidRPr="00392868">
              <w:rPr>
                <w:sz w:val="15"/>
                <w:lang w:val="fr-LU"/>
              </w:rPr>
              <w:t>]</w:t>
            </w:r>
          </w:p>
        </w:tc>
      </w:tr>
    </w:tbl>
    <w:p w14:paraId="7BCA838D" w14:textId="77777777" w:rsidR="00B53D8C" w:rsidRPr="00392868" w:rsidRDefault="00B53D8C" w:rsidP="00332AB7">
      <w:pPr>
        <w:spacing w:before="160" w:after="80"/>
        <w:rPr>
          <w:lang w:val="fr-LU"/>
        </w:rPr>
      </w:pPr>
    </w:p>
    <w:sectPr w:rsidR="00B53D8C" w:rsidRPr="00392868" w:rsidSect="00034616">
      <w:footerReference w:type="default" r:id="rId8"/>
      <w:pgSz w:w="11906" w:h="16838"/>
      <w:pgMar w:top="709" w:right="822" w:bottom="624" w:left="82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2061F" w14:textId="77777777" w:rsidR="00B53D8C" w:rsidRDefault="00B53D8C">
      <w:pPr>
        <w:spacing w:after="0" w:line="240" w:lineRule="auto"/>
      </w:pPr>
      <w:r>
        <w:separator/>
      </w:r>
    </w:p>
  </w:endnote>
  <w:endnote w:type="continuationSeparator" w:id="0">
    <w:p w14:paraId="7AA5F8E4" w14:textId="77777777" w:rsidR="00B53D8C" w:rsidRDefault="00B53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7D32E" w14:textId="1F7CBD1D" w:rsidR="00430424" w:rsidRPr="00392868" w:rsidRDefault="00430424">
    <w:pPr>
      <w:pStyle w:val="Pieddepage"/>
      <w:jc w:val="center"/>
      <w:rPr>
        <w:lang w:val="fr-L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33EB8" w14:textId="77777777" w:rsidR="00B53D8C" w:rsidRDefault="00B53D8C">
      <w:pPr>
        <w:spacing w:after="0" w:line="240" w:lineRule="auto"/>
      </w:pPr>
      <w:r>
        <w:separator/>
      </w:r>
    </w:p>
  </w:footnote>
  <w:footnote w:type="continuationSeparator" w:id="0">
    <w:p w14:paraId="148DFD95" w14:textId="77777777" w:rsidR="00B53D8C" w:rsidRDefault="00B53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7308492">
    <w:abstractNumId w:val="8"/>
  </w:num>
  <w:num w:numId="2" w16cid:durableId="1214001948">
    <w:abstractNumId w:val="6"/>
  </w:num>
  <w:num w:numId="3" w16cid:durableId="1412238673">
    <w:abstractNumId w:val="5"/>
  </w:num>
  <w:num w:numId="4" w16cid:durableId="1709988115">
    <w:abstractNumId w:val="4"/>
  </w:num>
  <w:num w:numId="5" w16cid:durableId="807627091">
    <w:abstractNumId w:val="7"/>
  </w:num>
  <w:num w:numId="6" w16cid:durableId="364446530">
    <w:abstractNumId w:val="3"/>
  </w:num>
  <w:num w:numId="7" w16cid:durableId="1831364547">
    <w:abstractNumId w:val="2"/>
  </w:num>
  <w:num w:numId="8" w16cid:durableId="342434177">
    <w:abstractNumId w:val="1"/>
  </w:num>
  <w:num w:numId="9" w16cid:durableId="65591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1EC9"/>
    <w:rsid w:val="0029639D"/>
    <w:rsid w:val="00326F90"/>
    <w:rsid w:val="00332AB7"/>
    <w:rsid w:val="00392868"/>
    <w:rsid w:val="00430424"/>
    <w:rsid w:val="004A56C7"/>
    <w:rsid w:val="00AA1D8D"/>
    <w:rsid w:val="00AF79AF"/>
    <w:rsid w:val="00B47730"/>
    <w:rsid w:val="00B53D8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3E37B5F-3B78-44B4-993C-18CF4F70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color w:val="374151"/>
      <w:sz w:val="19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A5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3A5F"/>
      <w:sz w:val="22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3A5F"/>
      <w:spacing w:val="5"/>
      <w:kern w:val="28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facture pour société luxembourgeoise de prestation de services</dc:title>
  <dc:subject>Facture Word avec mentions obligatoires Luxembourg et TVA</dc:subject>
  <dc:creator>Denis Colin</dc:creator>
  <cp:keywords>facture, Luxembourg, TVA, société de services, modèle Word</cp:keywords>
  <dc:description>generated by python-docx</dc:description>
  <cp:lastModifiedBy>Denis Colin</cp:lastModifiedBy>
  <cp:revision>3</cp:revision>
  <dcterms:created xsi:type="dcterms:W3CDTF">2026-07-10T09:08:00Z</dcterms:created>
  <dcterms:modified xsi:type="dcterms:W3CDTF">2026-07-10T09:08:00Z</dcterms:modified>
  <cp:category/>
</cp:coreProperties>
</file>